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113D2" w14:textId="77777777" w:rsidR="00A65330" w:rsidRDefault="00487BCC">
      <w:pPr>
        <w:spacing w:after="0"/>
        <w:jc w:val="center"/>
      </w:pPr>
      <w:r>
        <w:rPr>
          <w:rFonts w:ascii="Times New Roman" w:hAnsi="Times New Roman"/>
          <w:b/>
          <w:sz w:val="25"/>
        </w:rPr>
        <w:t>MISSISSIPPI COMMUNITY COLLEGE</w:t>
      </w:r>
    </w:p>
    <w:p w14:paraId="39225BE5" w14:textId="77777777" w:rsidR="00A65330" w:rsidRDefault="00487BCC">
      <w:pPr>
        <w:spacing w:after="0"/>
        <w:jc w:val="center"/>
      </w:pPr>
      <w:r>
        <w:rPr>
          <w:rFonts w:ascii="Times New Roman" w:hAnsi="Times New Roman"/>
          <w:b/>
          <w:sz w:val="24"/>
        </w:rPr>
        <w:t>CAREER-TECHNICAL EDUCATION PROGRAMS</w:t>
      </w:r>
    </w:p>
    <w:p w14:paraId="762C3CBA" w14:textId="77777777" w:rsidR="00A65330" w:rsidRDefault="00487BCC">
      <w:pPr>
        <w:spacing w:after="140"/>
        <w:jc w:val="center"/>
      </w:pPr>
      <w:r>
        <w:rPr>
          <w:rFonts w:ascii="Times New Roman" w:hAnsi="Times New Roman"/>
          <w:b/>
          <w:sz w:val="24"/>
        </w:rPr>
        <w:t>REQUEST TO DEVELOP AND ADD A NEW COURSE</w:t>
      </w:r>
    </w:p>
    <w:p w14:paraId="1A2291ED" w14:textId="77777777" w:rsidR="00A65330" w:rsidRDefault="00487BCC">
      <w:pPr>
        <w:spacing w:after="0"/>
      </w:pPr>
      <w:r>
        <w:rPr>
          <w:b/>
        </w:rPr>
        <w:t>College:</w:t>
      </w:r>
    </w:p>
    <w:p w14:paraId="3B44E95F" w14:textId="77777777" w:rsidR="00A65330" w:rsidRDefault="00A65330">
      <w:pPr>
        <w:pBdr>
          <w:bottom w:val="single" w:sz="6" w:space="1" w:color="000000"/>
        </w:pBdr>
        <w:spacing w:after="40"/>
      </w:pPr>
    </w:p>
    <w:p w14:paraId="5DB9A4CC" w14:textId="77777777" w:rsidR="00A65330" w:rsidRDefault="00487BCC">
      <w:pPr>
        <w:spacing w:after="0"/>
      </w:pPr>
      <w:r>
        <w:rPr>
          <w:b/>
        </w:rPr>
        <w:t>Program Title:</w:t>
      </w:r>
    </w:p>
    <w:p w14:paraId="35F4044C" w14:textId="77777777" w:rsidR="00A65330" w:rsidRDefault="00A65330">
      <w:pPr>
        <w:pBdr>
          <w:bottom w:val="single" w:sz="6" w:space="1" w:color="000000"/>
        </w:pBdr>
        <w:spacing w:after="40"/>
      </w:pPr>
    </w:p>
    <w:p w14:paraId="6D559772" w14:textId="77777777" w:rsidR="00A65330" w:rsidRDefault="00487BCC">
      <w:pPr>
        <w:spacing w:after="0"/>
      </w:pPr>
      <w:r>
        <w:rPr>
          <w:b/>
        </w:rPr>
        <w:t>Approved Program CIP Code:</w:t>
      </w:r>
    </w:p>
    <w:p w14:paraId="079FE754" w14:textId="77777777" w:rsidR="00A65330" w:rsidRDefault="00A65330">
      <w:pPr>
        <w:pBdr>
          <w:bottom w:val="single" w:sz="6" w:space="1" w:color="000000"/>
        </w:pBdr>
        <w:spacing w:after="40"/>
      </w:pPr>
    </w:p>
    <w:p w14:paraId="1C7A3F2F" w14:textId="77777777" w:rsidR="00A65330" w:rsidRDefault="00487BCC">
      <w:pPr>
        <w:spacing w:after="0"/>
      </w:pPr>
      <w:r>
        <w:rPr>
          <w:b/>
        </w:rPr>
        <w:t>Location:</w:t>
      </w:r>
    </w:p>
    <w:p w14:paraId="18D6B45C" w14:textId="77777777" w:rsidR="00A65330" w:rsidRDefault="00A65330">
      <w:pPr>
        <w:pBdr>
          <w:bottom w:val="single" w:sz="6" w:space="1" w:color="000000"/>
        </w:pBdr>
        <w:spacing w:after="40"/>
      </w:pPr>
    </w:p>
    <w:p w14:paraId="7FD1EF6E" w14:textId="77777777" w:rsidR="00A65330" w:rsidRDefault="00487BCC">
      <w:pPr>
        <w:spacing w:after="40"/>
      </w:pPr>
      <w:r>
        <w:rPr>
          <w:sz w:val="16"/>
        </w:rPr>
        <w:t>Branch, center, or campus where this program and course will be taught.</w:t>
      </w:r>
    </w:p>
    <w:p w14:paraId="33DB5023" w14:textId="77777777" w:rsidR="00A65330" w:rsidRDefault="00A65330">
      <w:pPr>
        <w:pBdr>
          <w:bottom w:val="single" w:sz="10" w:space="1" w:color="000000"/>
        </w:pBdr>
        <w:spacing w:before="40" w:after="40"/>
      </w:pPr>
    </w:p>
    <w:p w14:paraId="7F9E2E3F" w14:textId="77777777" w:rsidR="00A65330" w:rsidRDefault="00487BCC">
      <w:pPr>
        <w:pStyle w:val="Heading1"/>
        <w:spacing w:after="60"/>
      </w:pPr>
      <w:r>
        <w:t>I. Course Information</w:t>
      </w:r>
    </w:p>
    <w:p w14:paraId="7261176D" w14:textId="77777777" w:rsidR="00A65330" w:rsidRDefault="00487BCC">
      <w:pPr>
        <w:spacing w:after="0"/>
      </w:pPr>
      <w:r>
        <w:rPr>
          <w:b/>
        </w:rPr>
        <w:t>Course Name:</w:t>
      </w:r>
    </w:p>
    <w:p w14:paraId="11CCAA36" w14:textId="77777777" w:rsidR="00A65330" w:rsidRDefault="00A65330">
      <w:pPr>
        <w:pBdr>
          <w:bottom w:val="single" w:sz="6" w:space="1" w:color="000000"/>
        </w:pBdr>
        <w:spacing w:after="40"/>
      </w:pPr>
    </w:p>
    <w:p w14:paraId="73AA8599" w14:textId="77777777" w:rsidR="00A65330" w:rsidRDefault="00487BCC">
      <w:pPr>
        <w:spacing w:after="0"/>
      </w:pPr>
      <w:r>
        <w:rPr>
          <w:b/>
        </w:rPr>
        <w:t>Requested Course Abbreviation (Prefix, Number):</w:t>
      </w:r>
    </w:p>
    <w:p w14:paraId="6FD43052" w14:textId="77777777" w:rsidR="00A65330" w:rsidRDefault="00A65330">
      <w:pPr>
        <w:pBdr>
          <w:bottom w:val="single" w:sz="6" w:space="1" w:color="000000"/>
        </w:pBdr>
        <w:spacing w:after="40"/>
      </w:pPr>
    </w:p>
    <w:p w14:paraId="3A4EAFCD" w14:textId="77777777" w:rsidR="00A65330" w:rsidRDefault="00487BCC">
      <w:pPr>
        <w:spacing w:after="0"/>
      </w:pPr>
      <w:r>
        <w:rPr>
          <w:b/>
        </w:rPr>
        <w:t>Approved Course Abbreviation (Prefix, Number):</w:t>
      </w:r>
    </w:p>
    <w:p w14:paraId="77BB289B" w14:textId="77777777" w:rsidR="00A65330" w:rsidRDefault="00A65330">
      <w:pPr>
        <w:pBdr>
          <w:bottom w:val="single" w:sz="6" w:space="1" w:color="000000"/>
        </w:pBdr>
        <w:spacing w:after="40"/>
      </w:pPr>
    </w:p>
    <w:p w14:paraId="6211BA0B" w14:textId="77777777" w:rsidR="00A65330" w:rsidRDefault="00487BCC">
      <w:pPr>
        <w:spacing w:after="40"/>
      </w:pPr>
      <w:r>
        <w:rPr>
          <w:sz w:val="16"/>
        </w:rPr>
        <w:t>To be assigned by MCCB.</w:t>
      </w:r>
    </w:p>
    <w:p w14:paraId="5D1B1C06" w14:textId="77777777" w:rsidR="00A65330" w:rsidRPr="00BE3FA7" w:rsidRDefault="00487BCC">
      <w:pPr>
        <w:spacing w:after="60"/>
        <w:rPr>
          <w:lang w:val="fr-FR"/>
        </w:rPr>
      </w:pPr>
      <w:proofErr w:type="gramStart"/>
      <w:r w:rsidRPr="00BE3FA7">
        <w:rPr>
          <w:b/>
          <w:lang w:val="fr-FR"/>
        </w:rPr>
        <w:t>Classification:</w:t>
      </w:r>
      <w:proofErr w:type="gramEnd"/>
      <w:r w:rsidRPr="00BE3FA7">
        <w:rPr>
          <w:b/>
          <w:lang w:val="fr-FR"/>
        </w:rPr>
        <w:t xml:space="preserve">   </w:t>
      </w:r>
      <w:r w:rsidRPr="00BE3FA7">
        <w:rPr>
          <w:lang w:val="fr-FR"/>
        </w:rPr>
        <w:t>☐ Elective     ☐ Core</w:t>
      </w:r>
    </w:p>
    <w:p w14:paraId="740EFED3" w14:textId="77777777" w:rsidR="00A65330" w:rsidRPr="00BE3FA7" w:rsidRDefault="00487BCC">
      <w:pPr>
        <w:spacing w:after="40"/>
        <w:rPr>
          <w:lang w:val="fr-FR"/>
        </w:rPr>
      </w:pPr>
      <w:r w:rsidRPr="00BE3FA7">
        <w:rPr>
          <w:b/>
          <w:lang w:val="fr-FR"/>
        </w:rPr>
        <w:t xml:space="preserve">Course </w:t>
      </w:r>
      <w:proofErr w:type="gramStart"/>
      <w:r w:rsidRPr="00BE3FA7">
        <w:rPr>
          <w:b/>
          <w:lang w:val="fr-FR"/>
        </w:rPr>
        <w:t>Description:</w:t>
      </w:r>
      <w:proofErr w:type="gramEnd"/>
    </w:p>
    <w:p w14:paraId="52168C3B" w14:textId="77777777" w:rsidR="00BE3FA7" w:rsidRPr="00BE3FA7" w:rsidRDefault="00487BC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60" w:line="240" w:lineRule="auto"/>
        <w:rPr>
          <w:lang w:val="fr-FR"/>
        </w:rPr>
      </w:pPr>
      <w:r w:rsidRPr="00BE3FA7">
        <w:rPr>
          <w:lang w:val="fr-FR"/>
        </w:rPr>
        <w:br/>
      </w:r>
    </w:p>
    <w:p w14:paraId="35CD596F" w14:textId="77777777" w:rsidR="00BE3FA7" w:rsidRDefault="00BE3FA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60" w:line="240" w:lineRule="auto"/>
        <w:rPr>
          <w:lang w:val="fr-FR"/>
        </w:rPr>
      </w:pPr>
    </w:p>
    <w:p w14:paraId="4DEEFFF4" w14:textId="77777777" w:rsidR="00BE3FA7" w:rsidRDefault="00BE3FA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60" w:line="240" w:lineRule="auto"/>
        <w:rPr>
          <w:lang w:val="fr-FR"/>
        </w:rPr>
      </w:pPr>
    </w:p>
    <w:p w14:paraId="7E52CD06" w14:textId="460E833B" w:rsidR="00A65330" w:rsidRPr="00BE3FA7" w:rsidRDefault="00487BC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60" w:line="240" w:lineRule="auto"/>
        <w:rPr>
          <w:lang w:val="fr-FR"/>
        </w:rPr>
      </w:pPr>
      <w:r w:rsidRPr="00BE3FA7">
        <w:rPr>
          <w:lang w:val="fr-FR"/>
        </w:rPr>
        <w:br/>
      </w:r>
    </w:p>
    <w:p w14:paraId="36DD2C2A" w14:textId="77777777" w:rsidR="00BE3FA7" w:rsidRPr="00A43155" w:rsidRDefault="00BE3FA7">
      <w:pPr>
        <w:tabs>
          <w:tab w:val="left" w:pos="5400"/>
        </w:tabs>
        <w:spacing w:after="0"/>
        <w:rPr>
          <w:b/>
          <w:lang w:val="fr-FR"/>
        </w:rPr>
      </w:pPr>
    </w:p>
    <w:p w14:paraId="4990606E" w14:textId="6609B5F5" w:rsidR="00A65330" w:rsidRDefault="00487BCC">
      <w:pPr>
        <w:tabs>
          <w:tab w:val="left" w:pos="5400"/>
        </w:tabs>
        <w:spacing w:after="0"/>
      </w:pPr>
      <w:r>
        <w:rPr>
          <w:b/>
        </w:rPr>
        <w:t>Course Prerequisite Number:</w:t>
      </w:r>
      <w:r w:rsidR="00BE3FA7">
        <w:tab/>
      </w:r>
      <w:r>
        <w:rPr>
          <w:b/>
        </w:rPr>
        <w:t>Course Prerequisite Name:</w:t>
      </w:r>
    </w:p>
    <w:p w14:paraId="42D0428A" w14:textId="068BAFBF" w:rsidR="00A65330" w:rsidRDefault="00487BCC">
      <w:pPr>
        <w:tabs>
          <w:tab w:val="left" w:leader="underscore" w:pos="5112"/>
          <w:tab w:val="left" w:leader="underscore" w:pos="10296"/>
        </w:tabs>
        <w:spacing w:after="60"/>
      </w:pPr>
      <w:r>
        <w:tab/>
      </w:r>
      <w:r w:rsidR="00BE3FA7">
        <w:t xml:space="preserve">     </w:t>
      </w:r>
      <w:r>
        <w:tab/>
      </w:r>
    </w:p>
    <w:p w14:paraId="4A957529" w14:textId="77777777" w:rsidR="00A65330" w:rsidRDefault="00487BCC">
      <w:pPr>
        <w:pStyle w:val="Heading1"/>
        <w:spacing w:before="100" w:after="40"/>
      </w:pPr>
      <w:r>
        <w:t>II. Does this course duplicate content of other existing academic or career-technical courses?</w:t>
      </w:r>
    </w:p>
    <w:p w14:paraId="62BC753E" w14:textId="77777777" w:rsidR="00A65330" w:rsidRDefault="00487BCC">
      <w:pPr>
        <w:spacing w:after="40"/>
      </w:pPr>
      <w:r>
        <w:t>☐ No     ☐ Yes     (If Yes, please explain.)</w:t>
      </w:r>
    </w:p>
    <w:p w14:paraId="72EAB312" w14:textId="77777777" w:rsidR="00A65330" w:rsidRDefault="00487BCC">
      <w:pPr>
        <w:spacing w:after="40"/>
      </w:pPr>
      <w:r>
        <w:rPr>
          <w:b/>
        </w:rPr>
        <w:t>Explanation:</w:t>
      </w:r>
    </w:p>
    <w:p w14:paraId="1194B2CD" w14:textId="77777777" w:rsidR="00BE3FA7" w:rsidRDefault="00487BC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60" w:line="240" w:lineRule="auto"/>
      </w:pPr>
      <w:r>
        <w:br/>
      </w:r>
    </w:p>
    <w:p w14:paraId="4EA12158" w14:textId="77777777" w:rsidR="00BE3FA7" w:rsidRDefault="00BE3FA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60" w:line="240" w:lineRule="auto"/>
      </w:pPr>
    </w:p>
    <w:p w14:paraId="30E4BACB" w14:textId="4D67175A" w:rsidR="00A65330" w:rsidRDefault="00A6533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60" w:line="240" w:lineRule="auto"/>
      </w:pPr>
    </w:p>
    <w:p w14:paraId="51DEBDF5" w14:textId="77777777" w:rsidR="00A65330" w:rsidRDefault="00487BCC">
      <w:pPr>
        <w:tabs>
          <w:tab w:val="left" w:pos="5400"/>
        </w:tabs>
        <w:spacing w:after="0"/>
      </w:pPr>
      <w:r>
        <w:rPr>
          <w:b/>
        </w:rPr>
        <w:t>Authorizing Signature:</w:t>
      </w:r>
      <w:r>
        <w:tab/>
      </w:r>
      <w:r>
        <w:rPr>
          <w:b/>
        </w:rPr>
        <w:t>Date:</w:t>
      </w:r>
    </w:p>
    <w:p w14:paraId="692A5364" w14:textId="77777777" w:rsidR="00A65330" w:rsidRDefault="00487BCC">
      <w:pPr>
        <w:tabs>
          <w:tab w:val="left" w:leader="underscore" w:pos="5112"/>
          <w:tab w:val="left" w:leader="underscore" w:pos="10296"/>
        </w:tabs>
        <w:spacing w:after="60"/>
      </w:pPr>
      <w:r>
        <w:tab/>
      </w:r>
      <w:r>
        <w:tab/>
      </w:r>
    </w:p>
    <w:p w14:paraId="17CE190B" w14:textId="77777777" w:rsidR="00A65330" w:rsidRDefault="00487BCC">
      <w:pPr>
        <w:spacing w:after="0"/>
      </w:pPr>
      <w:r>
        <w:rPr>
          <w:b/>
        </w:rPr>
        <w:t>Name (please print or type):</w:t>
      </w:r>
    </w:p>
    <w:p w14:paraId="58A37C2F" w14:textId="77777777" w:rsidR="00A65330" w:rsidRDefault="00A65330">
      <w:pPr>
        <w:pBdr>
          <w:bottom w:val="single" w:sz="6" w:space="1" w:color="000000"/>
        </w:pBdr>
        <w:spacing w:after="40"/>
      </w:pPr>
    </w:p>
    <w:p w14:paraId="12DFF1F7" w14:textId="77777777" w:rsidR="00A65330" w:rsidRDefault="00487BCC">
      <w:pPr>
        <w:spacing w:before="160" w:after="0"/>
        <w:jc w:val="center"/>
      </w:pPr>
      <w:r>
        <w:rPr>
          <w:rFonts w:ascii="Times New Roman" w:hAnsi="Times New Roman"/>
          <w:b/>
          <w:sz w:val="18"/>
        </w:rPr>
        <w:t>Submit completed form by mail, fax, or email to:</w:t>
      </w:r>
    </w:p>
    <w:p w14:paraId="345250DF" w14:textId="77777777" w:rsidR="00A65330" w:rsidRDefault="00487BCC">
      <w:pPr>
        <w:spacing w:after="0"/>
        <w:jc w:val="center"/>
      </w:pPr>
      <w:r>
        <w:rPr>
          <w:rFonts w:ascii="Times New Roman" w:hAnsi="Times New Roman"/>
          <w:sz w:val="17"/>
        </w:rPr>
        <w:t>Bronwyn Robertson, Assistant Executive Director-Postsecondary Education and Talent Alignment</w:t>
      </w:r>
    </w:p>
    <w:p w14:paraId="54F54112" w14:textId="77777777" w:rsidR="00A65330" w:rsidRDefault="00487BCC">
      <w:pPr>
        <w:spacing w:after="0"/>
        <w:jc w:val="center"/>
      </w:pPr>
      <w:r>
        <w:rPr>
          <w:rFonts w:ascii="Times New Roman" w:hAnsi="Times New Roman"/>
          <w:sz w:val="17"/>
        </w:rPr>
        <w:t xml:space="preserve">3825 Ridgewood Road, Jackson MS 39211 / Fax: 601-432-6307 / Email: </w:t>
      </w:r>
      <w:r>
        <w:rPr>
          <w:rFonts w:ascii="Times New Roman" w:hAnsi="Times New Roman"/>
          <w:sz w:val="17"/>
          <w:u w:val="single"/>
        </w:rPr>
        <w:t>brobertson@mccb.edu</w:t>
      </w:r>
    </w:p>
    <w:sectPr w:rsidR="00A65330" w:rsidSect="00034616">
      <w:pgSz w:w="12240" w:h="15840"/>
      <w:pgMar w:top="648" w:right="864" w:bottom="605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569639">
    <w:abstractNumId w:val="8"/>
  </w:num>
  <w:num w:numId="2" w16cid:durableId="1823152600">
    <w:abstractNumId w:val="6"/>
  </w:num>
  <w:num w:numId="3" w16cid:durableId="1978339557">
    <w:abstractNumId w:val="5"/>
  </w:num>
  <w:num w:numId="4" w16cid:durableId="632297541">
    <w:abstractNumId w:val="4"/>
  </w:num>
  <w:num w:numId="5" w16cid:durableId="167982206">
    <w:abstractNumId w:val="7"/>
  </w:num>
  <w:num w:numId="6" w16cid:durableId="1085684143">
    <w:abstractNumId w:val="3"/>
  </w:num>
  <w:num w:numId="7" w16cid:durableId="1216039056">
    <w:abstractNumId w:val="2"/>
  </w:num>
  <w:num w:numId="8" w16cid:durableId="1504273561">
    <w:abstractNumId w:val="1"/>
  </w:num>
  <w:num w:numId="9" w16cid:durableId="1199704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87BCC"/>
    <w:rsid w:val="00A43155"/>
    <w:rsid w:val="00A65330"/>
    <w:rsid w:val="00AA1D8D"/>
    <w:rsid w:val="00B47730"/>
    <w:rsid w:val="00BE3FA7"/>
    <w:rsid w:val="00CB0664"/>
    <w:rsid w:val="00CE009A"/>
    <w:rsid w:val="00DF2E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07C10E"/>
  <w14:defaultImageDpi w14:val="300"/>
  <w15:docId w15:val="{210DCDB0-FBFE-4A4E-98B6-A1444EE19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MCCB Request to Develop and Add a New Course</dc:title>
  <dc:subject>Career-Technical Education request form for developing and adding a new course</dc:subject>
  <dc:creator>Mississippi Community College Board</dc:creator>
  <cp:keywords/>
  <dc:description>generated by python-docx</dc:description>
  <cp:lastModifiedBy>Megan Akins</cp:lastModifiedBy>
  <cp:revision>2</cp:revision>
  <dcterms:created xsi:type="dcterms:W3CDTF">2026-10-06T13:47:00Z</dcterms:created>
  <dcterms:modified xsi:type="dcterms:W3CDTF">2026-10-06T13:47:00Z</dcterms:modified>
  <cp:category/>
</cp:coreProperties>
</file>